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26F6" w14:textId="77777777" w:rsidR="00946E00" w:rsidRDefault="004C55D2">
      <w:pPr>
        <w:spacing w:after="240"/>
      </w:pPr>
      <w:r>
        <w:rPr>
          <w:b/>
        </w:rPr>
        <w:t>Family First Primary Care</w:t>
      </w:r>
      <w:r>
        <w:rPr>
          <w:b/>
        </w:rPr>
        <w:br/>
        <w:t>Communication Consent &amp; Opt-In Policy</w:t>
      </w:r>
    </w:p>
    <w:p w14:paraId="1DF66E48" w14:textId="77777777" w:rsidR="00946E00" w:rsidRDefault="004C55D2">
      <w:r>
        <w:t>Patient Name: ________________________________</w:t>
      </w:r>
    </w:p>
    <w:p w14:paraId="11F17B81" w14:textId="77777777" w:rsidR="00946E00" w:rsidRDefault="004C55D2">
      <w:r>
        <w:t>Date of Birth: ________________________________</w:t>
      </w:r>
    </w:p>
    <w:p w14:paraId="781BB1F1" w14:textId="77777777" w:rsidR="00946E00" w:rsidRDefault="004C55D2">
      <w:r>
        <w:t>Phone Number: ________________________________</w:t>
      </w:r>
    </w:p>
    <w:p w14:paraId="59865F96" w14:textId="77777777" w:rsidR="00946E00" w:rsidRDefault="004C55D2">
      <w:r>
        <w:t>Email Address: ________________________________</w:t>
      </w:r>
      <w:r>
        <w:br/>
      </w:r>
    </w:p>
    <w:p w14:paraId="130DF335" w14:textId="77777777" w:rsidR="00946E00" w:rsidRDefault="004C55D2">
      <w:r>
        <w:rPr>
          <w:b/>
        </w:rPr>
        <w:t>1. Consent to Receive Communications</w:t>
      </w:r>
    </w:p>
    <w:p w14:paraId="1937F972" w14:textId="77777777" w:rsidR="00946E00" w:rsidRDefault="004C55D2">
      <w:r>
        <w:t>By providing my contact information, I consent to receive communications from Family First Primary Care. These may include:</w:t>
      </w:r>
      <w:r>
        <w:br/>
        <w:t>- Appointment reminders and confirmations</w:t>
      </w:r>
      <w:r>
        <w:br/>
        <w:t>- Medical follow-ups and health-related information</w:t>
      </w:r>
      <w:r>
        <w:br/>
        <w:t>- Billing notifications and account updates</w:t>
      </w:r>
      <w:r>
        <w:br/>
        <w:t>- Office announcements and service updates</w:t>
      </w:r>
      <w:r>
        <w:br/>
        <w:t>- Occasional promotional messages (if applicable)</w:t>
      </w:r>
      <w:r>
        <w:br/>
      </w:r>
      <w:r>
        <w:br/>
        <w:t>I understand that providing consent is not required to receive medical care.</w:t>
      </w:r>
    </w:p>
    <w:p w14:paraId="13693EF1" w14:textId="77777777" w:rsidR="00946E00" w:rsidRDefault="004C55D2">
      <w:r>
        <w:rPr>
          <w:b/>
        </w:rPr>
        <w:t>2. SMS (Text Message) Consent</w:t>
      </w:r>
    </w:p>
    <w:p w14:paraId="47A063B0" w14:textId="38B99A35" w:rsidR="00946E00" w:rsidRDefault="004C55D2">
      <w:r>
        <w:t>By signing below, I agree to receive text messages from Family First Primary Care.</w:t>
      </w:r>
      <w:r>
        <w:br/>
        <w:t>- Message frequency may vary</w:t>
      </w:r>
      <w:r>
        <w:br/>
        <w:t>- Standard message and data rates may apply</w:t>
      </w:r>
      <w:r>
        <w:br/>
      </w:r>
      <w:r>
        <w:br/>
        <w:t>SMS Opt-In</w:t>
      </w:r>
      <w:r w:rsidR="00BD0112">
        <w:t>:</w:t>
      </w:r>
      <w:r>
        <w:br/>
        <w:t xml:space="preserve">☐ </w:t>
      </w:r>
      <w:r w:rsidR="00384ED1">
        <w:t>By checking this box</w:t>
      </w:r>
      <w:r w:rsidR="005372A0">
        <w:t xml:space="preserve">, you consent to receive (MARKETING/TRANSACTIONAL/MARKETING AND </w:t>
      </w:r>
      <w:r w:rsidR="005B249B">
        <w:t>TRANSACTIONAL-choose whichever applies)</w:t>
      </w:r>
      <w:r w:rsidR="00EF1087">
        <w:t xml:space="preserve"> text messages from Family First Primary Care. Reply STOP to opt out. R</w:t>
      </w:r>
      <w:r w:rsidR="00C853D4">
        <w:t xml:space="preserve">eply HELP for help. Message and data rates may apply. Message frequency may vary. </w:t>
      </w:r>
      <w:r>
        <w:br/>
      </w:r>
      <w:r>
        <w:br/>
        <w:t>Opt-Out:</w:t>
      </w:r>
      <w:r>
        <w:br/>
        <w:t>- Reply STOP to unsubscribe at any time</w:t>
      </w:r>
      <w:r>
        <w:br/>
        <w:t>- Reply HELP for assistance</w:t>
      </w:r>
    </w:p>
    <w:p w14:paraId="6F1D435B" w14:textId="77777777" w:rsidR="00946E00" w:rsidRDefault="004C55D2">
      <w:r>
        <w:rPr>
          <w:b/>
        </w:rPr>
        <w:t>3. Email Consent</w:t>
      </w:r>
    </w:p>
    <w:p w14:paraId="50ADF3E4" w14:textId="77777777" w:rsidR="00946E00" w:rsidRDefault="004C55D2">
      <w:r>
        <w:t>By signing below, I agree to receive email communications from Family First Primary Care.</w:t>
      </w:r>
      <w:r>
        <w:br/>
      </w:r>
      <w:r>
        <w:br/>
        <w:t>Email Opt-In (check one):</w:t>
      </w:r>
      <w:r>
        <w:br/>
        <w:t>☐ Yes, I consent to receive emails</w:t>
      </w:r>
      <w:r>
        <w:br/>
      </w:r>
      <w:r>
        <w:lastRenderedPageBreak/>
        <w:t>☐ No, I do not consent to receive emails</w:t>
      </w:r>
      <w:r>
        <w:br/>
      </w:r>
      <w:r>
        <w:br/>
        <w:t>Opt-Out:</w:t>
      </w:r>
      <w:r>
        <w:br/>
        <w:t>- Click “Unsubscribe” in any email</w:t>
      </w:r>
      <w:r>
        <w:br/>
        <w:t>- Contact our office to be removed</w:t>
      </w:r>
    </w:p>
    <w:p w14:paraId="3C725928" w14:textId="77777777" w:rsidR="00946E00" w:rsidRDefault="004C55D2">
      <w:r>
        <w:rPr>
          <w:b/>
        </w:rPr>
        <w:t>4. Privacy Policy</w:t>
      </w:r>
    </w:p>
    <w:p w14:paraId="09D31985" w14:textId="77777777" w:rsidR="00946E00" w:rsidRDefault="004C55D2">
      <w:r>
        <w:t>Family First Primary Care is committed to protecting your privacy.</w:t>
      </w:r>
      <w:r>
        <w:br/>
        <w:t>- Your information will only be used for communication related to your care and our services</w:t>
      </w:r>
      <w:r>
        <w:br/>
        <w:t>- We do not sell or share your personal information with third parties for marketing purposes</w:t>
      </w:r>
      <w:r>
        <w:br/>
        <w:t>- We may use secure third-party services to send messages, in compliance with applicable laws</w:t>
      </w:r>
      <w:r>
        <w:br/>
        <w:t>- We maintain appropriate safeguards to protect your personal and health information</w:t>
      </w:r>
    </w:p>
    <w:p w14:paraId="0286A976" w14:textId="77777777" w:rsidR="00946E00" w:rsidRDefault="004C55D2">
      <w:r>
        <w:rPr>
          <w:b/>
        </w:rPr>
        <w:t>5. Important Notice</w:t>
      </w:r>
    </w:p>
    <w:p w14:paraId="031FB271" w14:textId="77777777" w:rsidR="00946E00" w:rsidRDefault="004C55D2">
      <w:r>
        <w:t>Even if you opt out of marketing messages, you may still receive important communications related to:</w:t>
      </w:r>
      <w:r>
        <w:br/>
        <w:t>- Appointments</w:t>
      </w:r>
      <w:r>
        <w:br/>
        <w:t>- Treatment</w:t>
      </w:r>
      <w:r>
        <w:br/>
        <w:t>- Billing or administrative matters</w:t>
      </w:r>
    </w:p>
    <w:p w14:paraId="720D50B9" w14:textId="77777777" w:rsidR="00946E00" w:rsidRDefault="004C55D2">
      <w:r>
        <w:rPr>
          <w:b/>
        </w:rPr>
        <w:t>6. Acknowledgment &amp; Signature</w:t>
      </w:r>
    </w:p>
    <w:p w14:paraId="03DEB87A" w14:textId="77777777" w:rsidR="00946E00" w:rsidRDefault="004C55D2">
      <w:r>
        <w:t>I have read and understand the Communication Consent &amp; Opt-In Policy. I understand I can withdraw my consent at any time.</w:t>
      </w:r>
      <w:r>
        <w:br/>
      </w:r>
      <w:r>
        <w:br/>
        <w:t>Patient Signature: ________________________________</w:t>
      </w:r>
      <w:r>
        <w:br/>
        <w:t>Date: ________________________________</w:t>
      </w:r>
    </w:p>
    <w:p w14:paraId="1257C21E" w14:textId="77777777" w:rsidR="00946E00" w:rsidRDefault="004C55D2">
      <w:r>
        <w:rPr>
          <w:b/>
        </w:rPr>
        <w:t>Office Use Only</w:t>
      </w:r>
    </w:p>
    <w:p w14:paraId="4BBEA94D" w14:textId="77777777" w:rsidR="00946E00" w:rsidRDefault="004C55D2">
      <w:r>
        <w:t>Staff Initials: ____________</w:t>
      </w:r>
      <w:r>
        <w:br/>
        <w:t>Consent Obtained Via: ☐ In Person ☐ Phone ☐ Online</w:t>
      </w:r>
    </w:p>
    <w:sectPr w:rsidR="00946E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0191235">
    <w:abstractNumId w:val="8"/>
  </w:num>
  <w:num w:numId="2" w16cid:durableId="44066206">
    <w:abstractNumId w:val="6"/>
  </w:num>
  <w:num w:numId="3" w16cid:durableId="402024691">
    <w:abstractNumId w:val="5"/>
  </w:num>
  <w:num w:numId="4" w16cid:durableId="1545099640">
    <w:abstractNumId w:val="4"/>
  </w:num>
  <w:num w:numId="5" w16cid:durableId="1144465789">
    <w:abstractNumId w:val="7"/>
  </w:num>
  <w:num w:numId="6" w16cid:durableId="1919170320">
    <w:abstractNumId w:val="3"/>
  </w:num>
  <w:num w:numId="7" w16cid:durableId="1735393808">
    <w:abstractNumId w:val="2"/>
  </w:num>
  <w:num w:numId="8" w16cid:durableId="643505356">
    <w:abstractNumId w:val="1"/>
  </w:num>
  <w:num w:numId="9" w16cid:durableId="184616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4ED1"/>
    <w:rsid w:val="004C55D2"/>
    <w:rsid w:val="005372A0"/>
    <w:rsid w:val="005B249B"/>
    <w:rsid w:val="00620E60"/>
    <w:rsid w:val="008C53B0"/>
    <w:rsid w:val="00946E00"/>
    <w:rsid w:val="009B4A27"/>
    <w:rsid w:val="00AA1D8D"/>
    <w:rsid w:val="00B47730"/>
    <w:rsid w:val="00BD0112"/>
    <w:rsid w:val="00C853D4"/>
    <w:rsid w:val="00CB0664"/>
    <w:rsid w:val="00EF10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972AF1"/>
  <w14:defaultImageDpi w14:val="300"/>
  <w15:docId w15:val="{9AF9B355-A16D-4913-8E24-5D263B2B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 Sane</cp:lastModifiedBy>
  <cp:revision>8</cp:revision>
  <dcterms:created xsi:type="dcterms:W3CDTF">2026-05-04T21:40:00Z</dcterms:created>
  <dcterms:modified xsi:type="dcterms:W3CDTF">2026-05-05T14:22:00Z</dcterms:modified>
  <cp:category/>
</cp:coreProperties>
</file>